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89318" w14:textId="59AF27BE" w:rsidR="007F38DA" w:rsidRDefault="007F38DA"/>
    <w:tbl>
      <w:tblPr>
        <w:tblStyle w:val="TableGrid"/>
        <w:tblpPr w:leftFromText="180" w:rightFromText="180" w:vertAnchor="text" w:horzAnchor="margin" w:tblpY="-163"/>
        <w:tblW w:w="9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9"/>
      </w:tblGrid>
      <w:tr w:rsidR="00EF5C21" w14:paraId="35474F94" w14:textId="77777777" w:rsidTr="00505796">
        <w:trPr>
          <w:trHeight w:val="217"/>
        </w:trPr>
        <w:tc>
          <w:tcPr>
            <w:tcW w:w="9309" w:type="dxa"/>
            <w:tcBorders>
              <w:bottom w:val="single" w:sz="4" w:space="0" w:color="auto"/>
            </w:tcBorders>
          </w:tcPr>
          <w:p w14:paraId="60443F90" w14:textId="0986FB03" w:rsidR="00EF5C21" w:rsidRPr="00085A18" w:rsidRDefault="00EA5B83" w:rsidP="0008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Muhammad Set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 Wibowo</w:t>
            </w:r>
          </w:p>
        </w:tc>
      </w:tr>
      <w:tr w:rsidR="00EF5C21" w14:paraId="150F5FCB" w14:textId="77777777" w:rsidTr="00505796">
        <w:trPr>
          <w:trHeight w:val="2232"/>
        </w:trPr>
        <w:tc>
          <w:tcPr>
            <w:tcW w:w="9309" w:type="dxa"/>
            <w:tcBorders>
              <w:top w:val="single" w:sz="4" w:space="0" w:color="auto"/>
            </w:tcBorders>
          </w:tcPr>
          <w:p w14:paraId="1DCBBC4E" w14:textId="185E253D" w:rsidR="00EF5C21" w:rsidRDefault="00EF5C21" w:rsidP="0008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69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r w:rsidR="00EA5B83">
              <w:rPr>
                <w:rFonts w:ascii="Times New Roman" w:hAnsi="Times New Roman" w:cs="Times New Roman"/>
                <w:sz w:val="24"/>
                <w:szCs w:val="24"/>
              </w:rPr>
              <w:t>bowojr231@gmail.com</w:t>
            </w:r>
            <w:r w:rsidRPr="00222A69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="00222A69">
              <w:rPr>
                <w:rFonts w:ascii="Times New Roman" w:hAnsi="Times New Roman" w:cs="Times New Roman"/>
                <w:sz w:val="24"/>
                <w:szCs w:val="24"/>
              </w:rPr>
              <w:t xml:space="preserve"> LinkedIn: </w:t>
            </w:r>
            <w:r w:rsidR="00EA5B83">
              <w:rPr>
                <w:rFonts w:ascii="Times New Roman" w:hAnsi="Times New Roman" w:cs="Times New Roman"/>
                <w:sz w:val="24"/>
                <w:szCs w:val="24"/>
              </w:rPr>
              <w:t>setyowibowo1337</w:t>
            </w:r>
            <w:r w:rsidR="00222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A69" w:rsidRPr="00222A6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22A69">
              <w:rPr>
                <w:rFonts w:ascii="Times New Roman" w:hAnsi="Times New Roman" w:cs="Times New Roman"/>
                <w:sz w:val="24"/>
                <w:szCs w:val="24"/>
              </w:rPr>
              <w:t xml:space="preserve"> Phone: </w:t>
            </w:r>
            <w:r w:rsidR="00EA5B83">
              <w:rPr>
                <w:rFonts w:ascii="Times New Roman" w:hAnsi="Times New Roman" w:cs="Times New Roman"/>
                <w:sz w:val="24"/>
                <w:szCs w:val="24"/>
              </w:rPr>
              <w:t>0851 – 3438 – 8486</w:t>
            </w:r>
          </w:p>
          <w:p w14:paraId="0BC4B98F" w14:textId="5781110A" w:rsidR="0037729D" w:rsidRPr="00222A69" w:rsidRDefault="00EA5B83" w:rsidP="003772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83">
              <w:rPr>
                <w:rFonts w:ascii="Times New Roman" w:hAnsi="Times New Roman" w:cs="Times New Roman"/>
                <w:sz w:val="24"/>
                <w:szCs w:val="24"/>
              </w:rPr>
              <w:t>I am a Front-End Developer, SEO Specialist, and Cyber ​​Security Enthusiast, I am dedicated to providing comprehensive digital solutions that integrate aesthetic aspects of the interface, measurable search engine optimization strategies, and the implementation of strict cybersecurity standards.</w:t>
            </w:r>
          </w:p>
        </w:tc>
      </w:tr>
    </w:tbl>
    <w:p w14:paraId="6DC1397A" w14:textId="77777777" w:rsidR="00FC15C4" w:rsidRPr="0009251E" w:rsidRDefault="00BF0188" w:rsidP="00505796">
      <w:pPr>
        <w:pStyle w:val="Heading3"/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9251E">
        <w:rPr>
          <w:rFonts w:ascii="Times New Roman" w:hAnsi="Times New Roman" w:cs="Times New Roman"/>
          <w:color w:val="auto"/>
          <w:sz w:val="24"/>
          <w:szCs w:val="24"/>
        </w:rPr>
        <w:t>EDUCATION</w:t>
      </w:r>
    </w:p>
    <w:p w14:paraId="5EC06CC9" w14:textId="2166920A" w:rsidR="00C242E0" w:rsidRDefault="00EA5B83" w:rsidP="00C242E0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>Insan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>Cendekia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>Mandiri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 xml:space="preserve"> Institute of Technolog</w:t>
      </w:r>
      <w:r w:rsidR="00C242E0" w:rsidRPr="0009251E"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>y</w:t>
      </w:r>
    </w:p>
    <w:p w14:paraId="0F5EBE6B" w14:textId="2D93FA05" w:rsidR="00C242E0" w:rsidRPr="00C242E0" w:rsidRDefault="00EA5B83" w:rsidP="00EA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 of Informatics</w:t>
      </w:r>
      <w:r w:rsidR="00C242E0" w:rsidRPr="00EF5C21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C242E0" w:rsidRPr="00EF5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semester)</w:t>
      </w:r>
      <w:r w:rsidR="00C242E0" w:rsidRPr="00EF5C21">
        <w:rPr>
          <w:rFonts w:ascii="Times New Roman" w:hAnsi="Times New Roman" w:cs="Times New Roman"/>
          <w:sz w:val="24"/>
          <w:szCs w:val="24"/>
        </w:rPr>
        <w:br/>
      </w:r>
      <w:r w:rsidR="00C242E0" w:rsidRPr="0037729D">
        <w:rPr>
          <w:rFonts w:ascii="Times New Roman" w:hAnsi="Times New Roman" w:cs="Times New Roman"/>
          <w:b/>
          <w:bCs/>
          <w:sz w:val="24"/>
          <w:szCs w:val="24"/>
        </w:rPr>
        <w:t>Awards:</w:t>
      </w:r>
      <w:r w:rsidR="00C242E0" w:rsidRPr="00EF5C21">
        <w:rPr>
          <w:rFonts w:ascii="Times New Roman" w:hAnsi="Times New Roman" w:cs="Times New Roman"/>
          <w:sz w:val="24"/>
          <w:szCs w:val="24"/>
        </w:rPr>
        <w:t xml:space="preserve"> Awardee “B</w:t>
      </w:r>
      <w:r>
        <w:rPr>
          <w:rFonts w:ascii="Times New Roman" w:hAnsi="Times New Roman" w:cs="Times New Roman"/>
          <w:sz w:val="24"/>
          <w:szCs w:val="24"/>
        </w:rPr>
        <w:t>ug Bounty</w:t>
      </w:r>
      <w:r w:rsidR="00C242E0" w:rsidRPr="00EF5C21">
        <w:rPr>
          <w:rFonts w:ascii="Times New Roman" w:hAnsi="Times New Roman" w:cs="Times New Roman"/>
          <w:sz w:val="24"/>
          <w:szCs w:val="24"/>
        </w:rPr>
        <w:t xml:space="preserve">” </w:t>
      </w:r>
      <w:r w:rsidR="00EF505A" w:rsidRPr="00EF505A">
        <w:rPr>
          <w:rFonts w:ascii="Times New Roman" w:hAnsi="Times New Roman" w:cs="Times New Roman"/>
          <w:sz w:val="24"/>
          <w:szCs w:val="24"/>
        </w:rPr>
        <w:t xml:space="preserve">Analyze &amp; Report bug on a </w:t>
      </w:r>
      <w:r w:rsidR="00EF505A" w:rsidRPr="00EF505A">
        <w:rPr>
          <w:rFonts w:ascii="Times New Roman" w:hAnsi="Times New Roman" w:cs="Times New Roman"/>
          <w:i/>
          <w:iCs/>
          <w:sz w:val="24"/>
          <w:szCs w:val="24"/>
        </w:rPr>
        <w:t>Bali Province</w:t>
      </w:r>
      <w:r w:rsidR="00EF505A" w:rsidRPr="00EF505A">
        <w:rPr>
          <w:rFonts w:ascii="Times New Roman" w:hAnsi="Times New Roman" w:cs="Times New Roman"/>
          <w:sz w:val="24"/>
          <w:szCs w:val="24"/>
        </w:rPr>
        <w:t xml:space="preserve"> website</w:t>
      </w:r>
    </w:p>
    <w:p w14:paraId="6FFC1C4D" w14:textId="625CD4E8" w:rsidR="00085A18" w:rsidRDefault="00BF0188" w:rsidP="00085A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51E"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>S</w:t>
      </w:r>
      <w:r w:rsidR="00EF505A">
        <w:rPr>
          <w:rFonts w:ascii="Times New Roman" w:hAnsi="Times New Roman" w:cs="Times New Roman"/>
          <w:b/>
          <w:i/>
          <w:iCs/>
          <w:sz w:val="24"/>
          <w:szCs w:val="24"/>
          <w:highlight w:val="lightGray"/>
        </w:rPr>
        <w:t xml:space="preserve">MKN 1 TEMPEH </w:t>
      </w:r>
    </w:p>
    <w:p w14:paraId="08403A00" w14:textId="1886A658" w:rsidR="00085A18" w:rsidRDefault="00EF505A" w:rsidP="00EF50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05A">
        <w:rPr>
          <w:rFonts w:ascii="Times New Roman" w:hAnsi="Times New Roman" w:cs="Times New Roman"/>
          <w:sz w:val="24"/>
          <w:szCs w:val="24"/>
        </w:rPr>
        <w:t>Computer network Engineering</w:t>
      </w:r>
      <w:r w:rsidR="00BF0188" w:rsidRPr="00EF5C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188" w:rsidRPr="00EF5C21">
        <w:rPr>
          <w:rFonts w:ascii="Times New Roman" w:hAnsi="Times New Roman" w:cs="Times New Roman"/>
          <w:sz w:val="24"/>
          <w:szCs w:val="24"/>
        </w:rPr>
        <w:t xml:space="preserve">[Graduation: </w:t>
      </w:r>
      <w:r>
        <w:rPr>
          <w:rFonts w:ascii="Times New Roman" w:hAnsi="Times New Roman" w:cs="Times New Roman"/>
          <w:sz w:val="24"/>
          <w:szCs w:val="24"/>
        </w:rPr>
        <w:t>July 2025</w:t>
      </w:r>
      <w:r w:rsidR="00BF0188" w:rsidRPr="00EF5C21">
        <w:rPr>
          <w:rFonts w:ascii="Times New Roman" w:hAnsi="Times New Roman" w:cs="Times New Roman"/>
          <w:sz w:val="24"/>
          <w:szCs w:val="24"/>
        </w:rPr>
        <w:t>]</w:t>
      </w:r>
    </w:p>
    <w:p w14:paraId="18A4265C" w14:textId="77777777" w:rsidR="0037729D" w:rsidRDefault="00BF0188" w:rsidP="00377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CE9">
        <w:rPr>
          <w:rFonts w:ascii="Times New Roman" w:hAnsi="Times New Roman" w:cs="Times New Roman"/>
          <w:b/>
          <w:bCs/>
          <w:sz w:val="24"/>
          <w:szCs w:val="24"/>
        </w:rPr>
        <w:t>Relevant Coursework:</w:t>
      </w:r>
      <w:r w:rsidRPr="00EF5C21">
        <w:rPr>
          <w:rFonts w:ascii="Times New Roman" w:hAnsi="Times New Roman" w:cs="Times New Roman"/>
          <w:sz w:val="24"/>
          <w:szCs w:val="24"/>
        </w:rPr>
        <w:t xml:space="preserve"> Islamic Financial Management</w:t>
      </w:r>
    </w:p>
    <w:p w14:paraId="4E290BAE" w14:textId="5A1388FC" w:rsidR="00085A18" w:rsidRDefault="00BF0188" w:rsidP="00377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CE9">
        <w:rPr>
          <w:rFonts w:ascii="Times New Roman" w:hAnsi="Times New Roman" w:cs="Times New Roman"/>
          <w:b/>
          <w:bCs/>
          <w:sz w:val="24"/>
          <w:szCs w:val="24"/>
        </w:rPr>
        <w:t>Awards:</w:t>
      </w:r>
      <w:r w:rsidRPr="00EF5C21">
        <w:rPr>
          <w:rFonts w:ascii="Times New Roman" w:hAnsi="Times New Roman" w:cs="Times New Roman"/>
          <w:sz w:val="24"/>
          <w:szCs w:val="24"/>
        </w:rPr>
        <w:t xml:space="preserve"> </w:t>
      </w:r>
      <w:r w:rsidR="00EF505A" w:rsidRPr="00EF505A">
        <w:rPr>
          <w:rFonts w:ascii="Times New Roman" w:hAnsi="Times New Roman" w:cs="Times New Roman"/>
          <w:sz w:val="24"/>
          <w:szCs w:val="24"/>
        </w:rPr>
        <w:t xml:space="preserve">National Champion </w:t>
      </w:r>
      <w:r w:rsidR="00EF505A">
        <w:rPr>
          <w:rFonts w:ascii="Times New Roman" w:hAnsi="Times New Roman" w:cs="Times New Roman"/>
          <w:sz w:val="24"/>
          <w:szCs w:val="24"/>
        </w:rPr>
        <w:t>3</w:t>
      </w:r>
      <w:r w:rsidR="00EF505A" w:rsidRPr="00EF505A">
        <w:rPr>
          <w:rFonts w:ascii="Times New Roman" w:hAnsi="Times New Roman" w:cs="Times New Roman"/>
          <w:sz w:val="24"/>
          <w:szCs w:val="24"/>
        </w:rPr>
        <w:t xml:space="preserve"> IPSI </w:t>
      </w:r>
      <w:proofErr w:type="spellStart"/>
      <w:r w:rsidR="00EF505A" w:rsidRPr="00EF505A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EF505A">
        <w:rPr>
          <w:rFonts w:ascii="Times New Roman" w:hAnsi="Times New Roman" w:cs="Times New Roman"/>
          <w:sz w:val="24"/>
          <w:szCs w:val="24"/>
        </w:rPr>
        <w:t xml:space="preserve"> &amp; Report Bug on School Official Website</w:t>
      </w:r>
    </w:p>
    <w:p w14:paraId="5A7484D2" w14:textId="77777777" w:rsidR="0099776C" w:rsidRDefault="0099776C" w:rsidP="00085A18">
      <w:pPr>
        <w:pStyle w:val="Heading1"/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B612A1D" w14:textId="29EF3FEF" w:rsidR="00FC15C4" w:rsidRPr="0009251E" w:rsidRDefault="00BF0188" w:rsidP="00085A18">
      <w:pPr>
        <w:pStyle w:val="Heading1"/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9251E">
        <w:rPr>
          <w:rFonts w:ascii="Times New Roman" w:hAnsi="Times New Roman" w:cs="Times New Roman"/>
          <w:color w:val="auto"/>
          <w:sz w:val="24"/>
          <w:szCs w:val="24"/>
        </w:rPr>
        <w:t>EXPERIENCE</w:t>
      </w:r>
    </w:p>
    <w:p w14:paraId="19996E62" w14:textId="1AB51743" w:rsidR="00FC15C4" w:rsidRPr="0009251E" w:rsidRDefault="00EF505A" w:rsidP="00085A18">
      <w:pPr>
        <w:pStyle w:val="Heading2"/>
        <w:spacing w:line="24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  <w:highlight w:val="lightGray"/>
        </w:rPr>
        <w:t>Work</w:t>
      </w:r>
      <w:r w:rsidR="00BF0188" w:rsidRPr="0009251E">
        <w:rPr>
          <w:rFonts w:ascii="Times New Roman" w:hAnsi="Times New Roman" w:cs="Times New Roman"/>
          <w:i/>
          <w:iCs/>
          <w:color w:val="auto"/>
          <w:sz w:val="24"/>
          <w:szCs w:val="24"/>
          <w:highlight w:val="lightGray"/>
        </w:rPr>
        <w:t xml:space="preserve"> Experience</w:t>
      </w:r>
    </w:p>
    <w:p w14:paraId="2243594A" w14:textId="55CB89BE" w:rsidR="00085A18" w:rsidRDefault="00EF505A" w:rsidP="00085A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Search Engine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Optimizaton</w:t>
      </w:r>
      <w:proofErr w:type="spellEnd"/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| </w:t>
      </w:r>
      <w:r>
        <w:rPr>
          <w:rFonts w:ascii="Times New Roman" w:hAnsi="Times New Roman" w:cs="Times New Roman"/>
          <w:b/>
          <w:sz w:val="24"/>
          <w:szCs w:val="24"/>
        </w:rPr>
        <w:t>January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May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65405">
        <w:rPr>
          <w:rFonts w:ascii="Times New Roman" w:hAnsi="Times New Roman" w:cs="Times New Roman"/>
          <w:b/>
          <w:sz w:val="24"/>
          <w:szCs w:val="24"/>
        </w:rPr>
        <w:t>5</w:t>
      </w:r>
    </w:p>
    <w:p w14:paraId="2E2C62E5" w14:textId="2F0A9F6A" w:rsidR="00FC15C4" w:rsidRDefault="00CC0BFA" w:rsidP="00CC0BFA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Keyword Research: Conduct in-depth keyword research as the basis for content and SEO strategies.</w:t>
      </w:r>
    </w:p>
    <w:p w14:paraId="4592657F" w14:textId="5F08D70E" w:rsidR="00CC0BFA" w:rsidRDefault="00CC0BFA" w:rsidP="00CC0BFA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On-Page SEO: Implement basic SEO optimization (meta tags, alt-text) before content publication.</w:t>
      </w:r>
    </w:p>
    <w:p w14:paraId="712F0BAD" w14:textId="1B9FCB1E" w:rsidR="00CC0BFA" w:rsidRDefault="00CC0BFA" w:rsidP="00CC0BFA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Content Management: Assist with scheduling and publishing daily content across various digital channels.</w:t>
      </w:r>
    </w:p>
    <w:p w14:paraId="5C400E39" w14:textId="730E1162" w:rsidR="00CC0BFA" w:rsidRDefault="00CC0BFA" w:rsidP="00CC0BFA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Content Production: Write blog content drafts, ad copy, and social media captions (Copywriting).</w:t>
      </w:r>
    </w:p>
    <w:p w14:paraId="7DBDD023" w14:textId="745C3D15" w:rsidR="00CC0BFA" w:rsidRPr="00CC0BFA" w:rsidRDefault="00CC0BFA" w:rsidP="00CC0BFA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Reporting: Collect and analyze weekly content performance data.</w:t>
      </w:r>
    </w:p>
    <w:p w14:paraId="6E482EBA" w14:textId="62B26D83" w:rsidR="00085A18" w:rsidRDefault="00D65405" w:rsidP="00085A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Assistant of Trainer Digital Marketing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| </w:t>
      </w:r>
      <w:r>
        <w:rPr>
          <w:rFonts w:ascii="Times New Roman" w:hAnsi="Times New Roman" w:cs="Times New Roman"/>
          <w:b/>
          <w:sz w:val="24"/>
          <w:szCs w:val="24"/>
        </w:rPr>
        <w:t>May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BF0188" w:rsidRPr="00EF5C21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>uny</w:t>
      </w:r>
      <w:proofErr w:type="spellEnd"/>
      <w:r w:rsidR="00BF0188" w:rsidRPr="00EF5C21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77DAB4FE" w14:textId="2D328E69" w:rsidR="00FC15C4" w:rsidRDefault="00CC0BFA" w:rsidP="00CC0BF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Assisting the Main Trainer in Preparing Materials</w:t>
      </w:r>
    </w:p>
    <w:p w14:paraId="078E14C2" w14:textId="2BE6F033" w:rsidR="00CC0BFA" w:rsidRPr="00CC0BFA" w:rsidRDefault="00CC0BFA" w:rsidP="00CC0BFA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FA">
        <w:rPr>
          <w:rFonts w:ascii="Times New Roman" w:hAnsi="Times New Roman" w:cs="Times New Roman"/>
          <w:sz w:val="24"/>
          <w:szCs w:val="24"/>
        </w:rPr>
        <w:t>Evaluating Training Programs</w:t>
      </w:r>
    </w:p>
    <w:p w14:paraId="59C15943" w14:textId="77777777" w:rsidR="00FC15C4" w:rsidRPr="00085A18" w:rsidRDefault="00BF0188" w:rsidP="00085A18">
      <w:pPr>
        <w:pStyle w:val="Heading1"/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85A18">
        <w:rPr>
          <w:rFonts w:ascii="Times New Roman" w:hAnsi="Times New Roman" w:cs="Times New Roman"/>
          <w:color w:val="auto"/>
          <w:sz w:val="24"/>
          <w:szCs w:val="24"/>
        </w:rPr>
        <w:lastRenderedPageBreak/>
        <w:t>P</w:t>
      </w:r>
      <w:r w:rsidRPr="00085A18">
        <w:rPr>
          <w:rFonts w:ascii="Times New Roman" w:hAnsi="Times New Roman" w:cs="Times New Roman"/>
          <w:color w:val="auto"/>
          <w:sz w:val="24"/>
          <w:szCs w:val="24"/>
        </w:rPr>
        <w:t>UBLICATION LIST</w:t>
      </w:r>
    </w:p>
    <w:p w14:paraId="698A4F6E" w14:textId="1EE87044" w:rsidR="00FC15C4" w:rsidRDefault="00D65405" w:rsidP="00085A18">
      <w:pPr>
        <w:pStyle w:val="ListParagraph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Project</w:t>
      </w:r>
    </w:p>
    <w:p w14:paraId="2A5B2722" w14:textId="1E146C7E" w:rsidR="00BA5095" w:rsidRPr="00BA5095" w:rsidRDefault="00D65405" w:rsidP="00BA5095">
      <w:pPr>
        <w:pStyle w:val="p1"/>
        <w:rPr>
          <w:sz w:val="24"/>
          <w:szCs w:val="24"/>
        </w:rPr>
      </w:pPr>
      <w:hyperlink r:id="rId8" w:history="1">
        <w:r w:rsidRPr="00A131AB">
          <w:rPr>
            <w:rStyle w:val="Hyperlink"/>
            <w:i/>
            <w:iCs/>
            <w:sz w:val="24"/>
            <w:szCs w:val="24"/>
          </w:rPr>
          <w:t>https://setyowibowo.web.id</w:t>
        </w:r>
      </w:hyperlink>
      <w:r w:rsidRPr="00BA5095">
        <w:rPr>
          <w:sz w:val="24"/>
          <w:szCs w:val="24"/>
        </w:rPr>
        <w:t xml:space="preserve"> </w:t>
      </w:r>
    </w:p>
    <w:p w14:paraId="52CDDB1D" w14:textId="7074AC1E" w:rsidR="00E12E4A" w:rsidRDefault="00D65405" w:rsidP="00085A18">
      <w:pPr>
        <w:pStyle w:val="ListParagraph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HaxorDev</w:t>
      </w:r>
      <w:proofErr w:type="spellEnd"/>
      <w:r>
        <w:rPr>
          <w:rFonts w:ascii="Times New Roman" w:hAnsi="Times New Roman" w:cs="Times New Roman"/>
          <w:sz w:val="24"/>
          <w:szCs w:val="24"/>
        </w:rPr>
        <w:t>: Online Tools for Programmer &amp; Security Researcher</w:t>
      </w:r>
    </w:p>
    <w:p w14:paraId="3D5F71A4" w14:textId="76E8BFDB" w:rsidR="00E12E4A" w:rsidRPr="00E12E4A" w:rsidRDefault="00D65405" w:rsidP="00E12E4A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131AB">
          <w:rPr>
            <w:rStyle w:val="Hyperlink"/>
            <w:rFonts w:ascii="Times New Roman" w:hAnsi="Times New Roman" w:cs="Times New Roman"/>
            <w:sz w:val="24"/>
            <w:szCs w:val="24"/>
          </w:rPr>
          <w:t>https://haxordev.net</w:t>
        </w:r>
      </w:hyperlink>
    </w:p>
    <w:p w14:paraId="2784F7BE" w14:textId="72CC2D9E" w:rsidR="00BA5095" w:rsidRDefault="00BF0188" w:rsidP="00085A18">
      <w:pPr>
        <w:pStyle w:val="ListParagraph"/>
        <w:numPr>
          <w:ilvl w:val="0"/>
          <w:numId w:val="11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="00D65405">
          <w:rPr>
            <w:rFonts w:ascii="Times New Roman" w:hAnsi="Times New Roman" w:cs="Times New Roman"/>
            <w:sz w:val="24"/>
            <w:szCs w:val="24"/>
          </w:rPr>
          <w:t>Nesia</w:t>
        </w:r>
      </w:hyperlink>
      <w:r w:rsidR="00D65405">
        <w:rPr>
          <w:rFonts w:ascii="Times New Roman" w:hAnsi="Times New Roman" w:cs="Times New Roman"/>
          <w:sz w:val="24"/>
          <w:szCs w:val="24"/>
        </w:rPr>
        <w:t>Dev</w:t>
      </w:r>
      <w:proofErr w:type="spellEnd"/>
      <w:r w:rsidR="00D65405">
        <w:rPr>
          <w:rFonts w:ascii="Times New Roman" w:hAnsi="Times New Roman" w:cs="Times New Roman"/>
          <w:sz w:val="24"/>
          <w:szCs w:val="24"/>
        </w:rPr>
        <w:t>: Website Landing Page for Company Profile</w:t>
      </w:r>
    </w:p>
    <w:p w14:paraId="604A4681" w14:textId="6D8CF846" w:rsidR="00BA5095" w:rsidRPr="00BA5095" w:rsidRDefault="00D65405" w:rsidP="00BA5095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hyperlink r:id="rId11" w:history="1">
        <w:r w:rsidRPr="00A131AB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https://nesiadev.web.id</w:t>
        </w:r>
      </w:hyperlink>
      <w:r w:rsidRPr="00BA50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41BAE58" w14:textId="345A8312" w:rsidR="00FC15C4" w:rsidRPr="00085A18" w:rsidRDefault="00BF0188" w:rsidP="00085A18">
      <w:pPr>
        <w:pStyle w:val="ListParagraph"/>
        <w:numPr>
          <w:ilvl w:val="0"/>
          <w:numId w:val="10"/>
        </w:numPr>
        <w:spacing w:before="240"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  <w:r w:rsidRPr="00085A18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Article</w:t>
      </w:r>
    </w:p>
    <w:p w14:paraId="09B46062" w14:textId="4BC23E3C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8ED">
        <w:rPr>
          <w:rFonts w:ascii="Times New Roman" w:hAnsi="Times New Roman" w:cs="Times New Roman"/>
          <w:sz w:val="24"/>
          <w:szCs w:val="24"/>
        </w:rPr>
        <w:t xml:space="preserve">Update Status Cloudflare: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'Magic WAN'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Rampung</w:t>
      </w:r>
      <w:proofErr w:type="spellEnd"/>
    </w:p>
    <w:p w14:paraId="04CEB991" w14:textId="54E4042F" w:rsidR="00BA5095" w:rsidRPr="00BA5095" w:rsidRDefault="00BA68ED" w:rsidP="00BA5095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68ED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https://www.security1337.web.id/2025/11/update-status-cloudflare.html</w:t>
      </w:r>
      <w:r w:rsidRPr="00BA50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0E30A72" w14:textId="272D3E08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8E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Cloudflare Down pada 18 November 2025</w:t>
      </w:r>
    </w:p>
    <w:p w14:paraId="5A035BC8" w14:textId="5B3763D3" w:rsidR="00BA5095" w:rsidRPr="00BA5095" w:rsidRDefault="00BA68ED" w:rsidP="00BA5095">
      <w:pPr>
        <w:pStyle w:val="ListParagraph"/>
        <w:spacing w:line="240" w:lineRule="auto"/>
        <w:jc w:val="both"/>
        <w:rPr>
          <w:rStyle w:val="Hyperlink"/>
          <w:i/>
          <w:iCs/>
        </w:rPr>
      </w:pPr>
      <w:r w:rsidRPr="00BA68ED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https://www.security1337.web.id/2025/11/penyebab-cloudflare-down.html?m=1</w:t>
      </w:r>
      <w:r w:rsidRPr="00BA5095">
        <w:rPr>
          <w:rStyle w:val="Hyperlink"/>
          <w:i/>
          <w:iCs/>
        </w:rPr>
        <w:t xml:space="preserve"> </w:t>
      </w:r>
    </w:p>
    <w:p w14:paraId="5C01F7EF" w14:textId="622040A7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Pondasi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Front-End Developer Dari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Paham</w:t>
      </w:r>
      <w:proofErr w:type="spellEnd"/>
    </w:p>
    <w:p w14:paraId="1715F4CA" w14:textId="59333518" w:rsidR="00BA5095" w:rsidRPr="00BA5095" w:rsidRDefault="00BA68ED" w:rsidP="00BA5095">
      <w:pPr>
        <w:pStyle w:val="ListParagraph"/>
        <w:spacing w:line="240" w:lineRule="auto"/>
        <w:jc w:val="both"/>
        <w:rPr>
          <w:rStyle w:val="Hyperlink"/>
          <w:i/>
          <w:iCs/>
        </w:rPr>
      </w:pPr>
      <w:r w:rsidRPr="00BA68ED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https://www.security1337.web.id/2025/12/pondasi-wajib-frontend-developer.html?m=1</w:t>
      </w:r>
      <w:r w:rsidRPr="00BA5095">
        <w:rPr>
          <w:rStyle w:val="Hyperlink"/>
          <w:i/>
          <w:iCs/>
        </w:rPr>
        <w:t xml:space="preserve"> </w:t>
      </w:r>
    </w:p>
    <w:p w14:paraId="2173DB44" w14:textId="2961E9C2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8ED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Kenali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Gadget pada Anak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Terlambat</w:t>
      </w:r>
      <w:proofErr w:type="spellEnd"/>
    </w:p>
    <w:p w14:paraId="2510B54F" w14:textId="3FD231EE" w:rsidR="00BA5095" w:rsidRPr="00BA5095" w:rsidRDefault="00BF0188" w:rsidP="00BA5095">
      <w:pPr>
        <w:pStyle w:val="ListParagraph"/>
        <w:spacing w:line="240" w:lineRule="auto"/>
        <w:jc w:val="both"/>
        <w:rPr>
          <w:rStyle w:val="Hyperlink"/>
          <w:i/>
          <w:iCs/>
        </w:rPr>
      </w:pPr>
      <w:hyperlink r:id="rId12" w:history="1">
        <w:r w:rsidR="00BA68ED" w:rsidRPr="00BA68E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https://www.security1337.web.id/2025/12/kenali-dampak-gadget-pada-anak.html?m=1</w:t>
        </w:r>
        <w:r w:rsidR="00BA68ED" w:rsidRPr="00BA68E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</w:hyperlink>
    </w:p>
    <w:p w14:paraId="18048D0C" w14:textId="2E8DF3A6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Cybersecurity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TKJ</w:t>
      </w:r>
    </w:p>
    <w:p w14:paraId="4B6B040D" w14:textId="7765713E" w:rsidR="00BA5095" w:rsidRPr="00BA5095" w:rsidRDefault="00BA68ED" w:rsidP="00BA5095">
      <w:pPr>
        <w:pStyle w:val="ListParagraph"/>
        <w:spacing w:line="240" w:lineRule="auto"/>
        <w:jc w:val="both"/>
        <w:rPr>
          <w:rStyle w:val="Hyperlink"/>
          <w:i/>
          <w:iCs/>
        </w:rPr>
      </w:pPr>
      <w:r w:rsidRPr="00BA68ED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https://www.security1337.web.id/2025/12/pentingnya-belajar-cybersecurity-bagi-siswa-jurusan-tkj.html?m=1</w:t>
      </w:r>
      <w:r w:rsidRPr="00BA5095">
        <w:rPr>
          <w:rStyle w:val="Hyperlink"/>
          <w:i/>
          <w:iCs/>
        </w:rPr>
        <w:t xml:space="preserve"> </w:t>
      </w:r>
    </w:p>
    <w:p w14:paraId="77469E30" w14:textId="5D048540" w:rsidR="00085A18" w:rsidRDefault="00BA68ED" w:rsidP="00085A1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8E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SMK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TKJ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Terlengkap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8E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A68ED">
        <w:rPr>
          <w:rFonts w:ascii="Times New Roman" w:hAnsi="Times New Roman" w:cs="Times New Roman"/>
          <w:sz w:val="24"/>
          <w:szCs w:val="24"/>
        </w:rPr>
        <w:t xml:space="preserve"> Kelas 10–12</w:t>
      </w:r>
    </w:p>
    <w:p w14:paraId="02903239" w14:textId="1854F266" w:rsidR="00505796" w:rsidRPr="00BA68ED" w:rsidRDefault="00BF0188" w:rsidP="00BA68ED">
      <w:pPr>
        <w:pStyle w:val="ListParagraph"/>
        <w:spacing w:line="240" w:lineRule="auto"/>
        <w:jc w:val="both"/>
        <w:rPr>
          <w:i/>
          <w:iCs/>
          <w:color w:val="0000FF" w:themeColor="hyperlink"/>
          <w:u w:val="single"/>
        </w:rPr>
      </w:pPr>
      <w:hyperlink r:id="rId13" w:history="1">
        <w:r w:rsidR="00BA68ED" w:rsidRPr="00BA68E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https://www.security1337.web.id/2025/12/materi-produktif-smk-jurusan-tkj.html?m=1</w:t>
        </w:r>
        <w:r w:rsidR="00BA68ED" w:rsidRPr="00BA68E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</w:hyperlink>
    </w:p>
    <w:p w14:paraId="3280A388" w14:textId="77777777" w:rsidR="00505796" w:rsidRPr="00505796" w:rsidRDefault="00505796" w:rsidP="005057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49CF1" w14:textId="4DA85176" w:rsidR="00FC15C4" w:rsidRPr="00085A18" w:rsidRDefault="00BF0188" w:rsidP="00085A18">
      <w:pPr>
        <w:pStyle w:val="Heading1"/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85A18">
        <w:rPr>
          <w:rFonts w:ascii="Times New Roman" w:hAnsi="Times New Roman" w:cs="Times New Roman"/>
          <w:color w:val="auto"/>
          <w:sz w:val="24"/>
          <w:szCs w:val="24"/>
        </w:rPr>
        <w:t>SKILLS</w:t>
      </w:r>
    </w:p>
    <w:p w14:paraId="5052E34A" w14:textId="4A7ED97B" w:rsidR="00D26D63" w:rsidRDefault="00BA68ED" w:rsidP="00D26D63">
      <w:pPr>
        <w:pStyle w:val="NormalWeb"/>
      </w:pPr>
      <w:r>
        <w:rPr>
          <w:rStyle w:val="Strong"/>
        </w:rPr>
        <w:t>Cyber Security</w:t>
      </w:r>
    </w:p>
    <w:p w14:paraId="66CAF9F9" w14:textId="7F7B1A77" w:rsidR="00D26D63" w:rsidRDefault="00BA68ED" w:rsidP="00BA68ED">
      <w:pPr>
        <w:pStyle w:val="NormalWeb"/>
        <w:numPr>
          <w:ilvl w:val="0"/>
          <w:numId w:val="23"/>
        </w:numPr>
      </w:pPr>
      <w:r>
        <w:t>Penetration Testing</w:t>
      </w:r>
    </w:p>
    <w:p w14:paraId="30B33CB8" w14:textId="01D9F6CE" w:rsidR="00BA68ED" w:rsidRDefault="00BA68ED" w:rsidP="00BA68ED">
      <w:pPr>
        <w:pStyle w:val="NormalWeb"/>
        <w:numPr>
          <w:ilvl w:val="0"/>
          <w:numId w:val="23"/>
        </w:numPr>
      </w:pPr>
      <w:r>
        <w:t xml:space="preserve">Capture </w:t>
      </w:r>
      <w:proofErr w:type="gramStart"/>
      <w:r>
        <w:t>The</w:t>
      </w:r>
      <w:proofErr w:type="gramEnd"/>
      <w:r>
        <w:t xml:space="preserve"> Flag</w:t>
      </w:r>
    </w:p>
    <w:p w14:paraId="21DDEBBE" w14:textId="2CA5F9EE" w:rsidR="00BA68ED" w:rsidRDefault="00BA68ED" w:rsidP="00BA68ED">
      <w:pPr>
        <w:pStyle w:val="NormalWeb"/>
        <w:numPr>
          <w:ilvl w:val="0"/>
          <w:numId w:val="23"/>
        </w:numPr>
      </w:pPr>
      <w:r>
        <w:t>Bug Scanning</w:t>
      </w:r>
    </w:p>
    <w:p w14:paraId="7671E19F" w14:textId="1296A5F4" w:rsidR="00BA68ED" w:rsidRDefault="00BA68ED" w:rsidP="00BA68ED">
      <w:pPr>
        <w:pStyle w:val="NormalWeb"/>
        <w:numPr>
          <w:ilvl w:val="0"/>
          <w:numId w:val="23"/>
        </w:numPr>
      </w:pPr>
      <w:r>
        <w:t>Port Scanning</w:t>
      </w:r>
    </w:p>
    <w:p w14:paraId="13E4A824" w14:textId="1CDB50F5" w:rsidR="00D26D63" w:rsidRDefault="00CC0BFA" w:rsidP="00D26D63">
      <w:pPr>
        <w:pStyle w:val="NormalWeb"/>
      </w:pPr>
      <w:r>
        <w:rPr>
          <w:rStyle w:val="Strong"/>
        </w:rPr>
        <w:t>Front-End Developer</w:t>
      </w:r>
    </w:p>
    <w:p w14:paraId="73ADB8EB" w14:textId="4A4DE309" w:rsidR="005E3DE8" w:rsidRDefault="00CC0BFA" w:rsidP="00CC0BFA">
      <w:pPr>
        <w:pStyle w:val="NormalWeb"/>
        <w:numPr>
          <w:ilvl w:val="0"/>
          <w:numId w:val="24"/>
        </w:numPr>
      </w:pPr>
      <w:r>
        <w:t>React.js</w:t>
      </w:r>
    </w:p>
    <w:p w14:paraId="290BA11E" w14:textId="3218A84C" w:rsidR="00CC0BFA" w:rsidRDefault="00CC0BFA" w:rsidP="00CC0BFA">
      <w:pPr>
        <w:pStyle w:val="NormalWeb"/>
        <w:numPr>
          <w:ilvl w:val="0"/>
          <w:numId w:val="24"/>
        </w:numPr>
      </w:pPr>
      <w:r>
        <w:t>Next.js</w:t>
      </w:r>
    </w:p>
    <w:p w14:paraId="76FD2B4C" w14:textId="1DA80C12" w:rsidR="00CC0BFA" w:rsidRDefault="00CC0BFA" w:rsidP="00CC0BFA">
      <w:pPr>
        <w:pStyle w:val="NormalWeb"/>
        <w:numPr>
          <w:ilvl w:val="0"/>
          <w:numId w:val="24"/>
        </w:numPr>
      </w:pPr>
      <w:proofErr w:type="spellStart"/>
      <w:r>
        <w:t>TailwindCss</w:t>
      </w:r>
      <w:proofErr w:type="spellEnd"/>
    </w:p>
    <w:p w14:paraId="037D961E" w14:textId="3E7216D5" w:rsidR="00CC0BFA" w:rsidRPr="00505796" w:rsidRDefault="00CC0BFA" w:rsidP="00CC0BFA">
      <w:pPr>
        <w:pStyle w:val="NormalWeb"/>
        <w:numPr>
          <w:ilvl w:val="0"/>
          <w:numId w:val="24"/>
        </w:numPr>
      </w:pPr>
      <w:r>
        <w:t>Bootstrap</w:t>
      </w:r>
    </w:p>
    <w:p w14:paraId="46A27DD5" w14:textId="27A5D82F" w:rsidR="00085A18" w:rsidRPr="00505796" w:rsidRDefault="00CC0BFA" w:rsidP="00505796">
      <w:pPr>
        <w:pStyle w:val="NormalWeb"/>
        <w:rPr>
          <w:rStyle w:val="Strong"/>
        </w:rPr>
      </w:pPr>
      <w:r>
        <w:rPr>
          <w:rStyle w:val="Strong"/>
        </w:rPr>
        <w:t>Search Engine Optimization</w:t>
      </w:r>
      <w:r w:rsidR="00BF0188" w:rsidRPr="00505796">
        <w:rPr>
          <w:rStyle w:val="Strong"/>
        </w:rPr>
        <w:t>:</w:t>
      </w:r>
    </w:p>
    <w:p w14:paraId="6D1752F5" w14:textId="3DE6CF91" w:rsidR="00FC15C4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Keyword Research</w:t>
      </w:r>
    </w:p>
    <w:p w14:paraId="5AB5BD19" w14:textId="6B02CE97" w:rsidR="00CC0BFA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Generate Long-tail Keyword</w:t>
      </w:r>
    </w:p>
    <w:p w14:paraId="65BC55B6" w14:textId="33A2F360" w:rsidR="00CC0BFA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 Description</w:t>
      </w:r>
    </w:p>
    <w:p w14:paraId="0D5F71F6" w14:textId="1A046D9B" w:rsidR="00CC0BFA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Catalog Product</w:t>
      </w:r>
    </w:p>
    <w:p w14:paraId="36ED8AC2" w14:textId="4BE66F30" w:rsidR="00CC0BFA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Search Console</w:t>
      </w:r>
    </w:p>
    <w:p w14:paraId="6F6E18CC" w14:textId="5669DF35" w:rsidR="00CC0BFA" w:rsidRPr="00CC0BFA" w:rsidRDefault="00CC0BFA" w:rsidP="00CC0BFA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Backlink Internal &amp; External</w:t>
      </w:r>
    </w:p>
    <w:sectPr w:rsidR="00CC0BFA" w:rsidRPr="00CC0B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5A2AB" w14:textId="77777777" w:rsidR="000422AD" w:rsidRDefault="000422AD" w:rsidP="00505796">
      <w:pPr>
        <w:spacing w:after="0" w:line="240" w:lineRule="auto"/>
      </w:pPr>
      <w:r>
        <w:separator/>
      </w:r>
    </w:p>
  </w:endnote>
  <w:endnote w:type="continuationSeparator" w:id="0">
    <w:p w14:paraId="2BFC8211" w14:textId="77777777" w:rsidR="000422AD" w:rsidRDefault="000422AD" w:rsidP="0050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9230E" w14:textId="77777777" w:rsidR="000422AD" w:rsidRDefault="000422AD" w:rsidP="00505796">
      <w:pPr>
        <w:spacing w:after="0" w:line="240" w:lineRule="auto"/>
      </w:pPr>
      <w:r>
        <w:separator/>
      </w:r>
    </w:p>
  </w:footnote>
  <w:footnote w:type="continuationSeparator" w:id="0">
    <w:p w14:paraId="2AE4B396" w14:textId="77777777" w:rsidR="000422AD" w:rsidRDefault="000422AD" w:rsidP="0050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26C3E"/>
    <w:multiLevelType w:val="hybridMultilevel"/>
    <w:tmpl w:val="91BE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63219"/>
    <w:multiLevelType w:val="hybridMultilevel"/>
    <w:tmpl w:val="603AE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2007D9"/>
    <w:multiLevelType w:val="hybridMultilevel"/>
    <w:tmpl w:val="746A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944D7"/>
    <w:multiLevelType w:val="hybridMultilevel"/>
    <w:tmpl w:val="595A3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A1495"/>
    <w:multiLevelType w:val="multilevel"/>
    <w:tmpl w:val="A7E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1D33CA"/>
    <w:multiLevelType w:val="hybridMultilevel"/>
    <w:tmpl w:val="0FB2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5B0C"/>
    <w:multiLevelType w:val="hybridMultilevel"/>
    <w:tmpl w:val="6B74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84FD4"/>
    <w:multiLevelType w:val="hybridMultilevel"/>
    <w:tmpl w:val="724C6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21AF4"/>
    <w:multiLevelType w:val="hybridMultilevel"/>
    <w:tmpl w:val="5F7A5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02C6C"/>
    <w:multiLevelType w:val="hybridMultilevel"/>
    <w:tmpl w:val="F134F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A73AD"/>
    <w:multiLevelType w:val="hybridMultilevel"/>
    <w:tmpl w:val="27E4D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31FF9"/>
    <w:multiLevelType w:val="multilevel"/>
    <w:tmpl w:val="72A6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B0AC2"/>
    <w:multiLevelType w:val="hybridMultilevel"/>
    <w:tmpl w:val="C0BEC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447CC"/>
    <w:multiLevelType w:val="hybridMultilevel"/>
    <w:tmpl w:val="42947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C2762"/>
    <w:multiLevelType w:val="hybridMultilevel"/>
    <w:tmpl w:val="3962E3A6"/>
    <w:lvl w:ilvl="0" w:tplc="B972C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6"/>
  </w:num>
  <w:num w:numId="12">
    <w:abstractNumId w:val="19"/>
  </w:num>
  <w:num w:numId="13">
    <w:abstractNumId w:val="17"/>
  </w:num>
  <w:num w:numId="14">
    <w:abstractNumId w:val="15"/>
  </w:num>
  <w:num w:numId="15">
    <w:abstractNumId w:val="18"/>
  </w:num>
  <w:num w:numId="16">
    <w:abstractNumId w:val="10"/>
  </w:num>
  <w:num w:numId="17">
    <w:abstractNumId w:val="22"/>
  </w:num>
  <w:num w:numId="18">
    <w:abstractNumId w:val="9"/>
  </w:num>
  <w:num w:numId="19">
    <w:abstractNumId w:val="12"/>
  </w:num>
  <w:num w:numId="20">
    <w:abstractNumId w:val="11"/>
  </w:num>
  <w:num w:numId="21">
    <w:abstractNumId w:val="14"/>
  </w:num>
  <w:num w:numId="22">
    <w:abstractNumId w:val="21"/>
  </w:num>
  <w:num w:numId="23">
    <w:abstractNumId w:val="1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2AD"/>
    <w:rsid w:val="0006063C"/>
    <w:rsid w:val="00085A18"/>
    <w:rsid w:val="0009251E"/>
    <w:rsid w:val="0015074B"/>
    <w:rsid w:val="00165C07"/>
    <w:rsid w:val="00202CC5"/>
    <w:rsid w:val="00222A69"/>
    <w:rsid w:val="0029639D"/>
    <w:rsid w:val="00326F90"/>
    <w:rsid w:val="00353CE9"/>
    <w:rsid w:val="0037729D"/>
    <w:rsid w:val="004B2D9A"/>
    <w:rsid w:val="00505796"/>
    <w:rsid w:val="00545C68"/>
    <w:rsid w:val="005E3DE8"/>
    <w:rsid w:val="007F38DA"/>
    <w:rsid w:val="008D08B5"/>
    <w:rsid w:val="0099776C"/>
    <w:rsid w:val="00A134F8"/>
    <w:rsid w:val="00AA1D8D"/>
    <w:rsid w:val="00B47730"/>
    <w:rsid w:val="00BA5095"/>
    <w:rsid w:val="00BA68ED"/>
    <w:rsid w:val="00BF0188"/>
    <w:rsid w:val="00C242E0"/>
    <w:rsid w:val="00CB0664"/>
    <w:rsid w:val="00CC0BFA"/>
    <w:rsid w:val="00D26D63"/>
    <w:rsid w:val="00D65405"/>
    <w:rsid w:val="00DB11B3"/>
    <w:rsid w:val="00E12E4A"/>
    <w:rsid w:val="00E9479E"/>
    <w:rsid w:val="00EA5B83"/>
    <w:rsid w:val="00EF505A"/>
    <w:rsid w:val="00EF5C21"/>
    <w:rsid w:val="00FC15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C448FC"/>
  <w14:defaultImageDpi w14:val="300"/>
  <w15:docId w15:val="{BC552174-B665-3E40-891A-00F4206B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BA5095"/>
    <w:pPr>
      <w:spacing w:after="0" w:line="240" w:lineRule="auto"/>
    </w:pPr>
    <w:rPr>
      <w:rFonts w:ascii="Times New Roman" w:eastAsia="Times New Roman" w:hAnsi="Times New Roman" w:cs="Times New Roman"/>
      <w:color w:val="0B4CB4"/>
      <w:sz w:val="17"/>
      <w:szCs w:val="17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A50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0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2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tyowibowo.web.id" TargetMode="External"/><Relationship Id="rId13" Type="http://schemas.openxmlformats.org/officeDocument/2006/relationships/hyperlink" Target="https://www.kompasiana.com/azrulafrillanaawaludin5453/67d7972e34777c190127d7c2/ramadan-%20momentum-pemulihan-ekonomi-melalui-konsum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mparan.com/azrul-afrillana-awaludin/strategi-menuju-indonesia-emas-2045-pembangunan-%20berkeadilan-ala-ekonomi-islam-22KMnDUWYMg/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siadev.web.i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urnal.uii.ac.id/JEKI/article/view/37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xordev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AAF5EB-A273-4975-9D13-32D848C3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bowo</dc:creator>
  <cp:keywords/>
  <dc:description>generated by python-docx</dc:description>
  <cp:lastModifiedBy>Setyo Wibowo</cp:lastModifiedBy>
  <cp:revision>2</cp:revision>
  <cp:lastPrinted>2026-05-09T01:38:00Z</cp:lastPrinted>
  <dcterms:created xsi:type="dcterms:W3CDTF">2026-06-22T14:41:00Z</dcterms:created>
  <dcterms:modified xsi:type="dcterms:W3CDTF">2026-06-22T14:41:00Z</dcterms:modified>
  <cp:category/>
</cp:coreProperties>
</file>